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868C" w14:textId="77777777" w:rsidR="00745618" w:rsidRDefault="00000000">
      <w:pPr>
        <w:jc w:val="center"/>
      </w:pPr>
      <w:r>
        <w:rPr>
          <w:b/>
          <w:color w:val="2A5C78"/>
          <w:sz w:val="32"/>
        </w:rPr>
        <w:t>FORMULARZ ZGŁOSZENIOWY</w:t>
      </w:r>
    </w:p>
    <w:p w14:paraId="7FB268EB" w14:textId="77777777" w:rsidR="00745618" w:rsidRDefault="00000000">
      <w:pPr>
        <w:jc w:val="center"/>
      </w:pPr>
      <w:r>
        <w:rPr>
          <w:b/>
          <w:sz w:val="22"/>
        </w:rPr>
        <w:t>Konkurs fotograficzny „Szczawno-Zdrój w obiektywie”</w:t>
      </w:r>
    </w:p>
    <w:p w14:paraId="7A700B2F" w14:textId="64C16649" w:rsidR="00745618" w:rsidRDefault="00000000">
      <w:pPr>
        <w:jc w:val="center"/>
      </w:pPr>
      <w:r>
        <w:rPr>
          <w:i/>
        </w:rPr>
        <w:t xml:space="preserve">Termin </w:t>
      </w:r>
      <w:proofErr w:type="spellStart"/>
      <w:r>
        <w:rPr>
          <w:i/>
        </w:rPr>
        <w:t>nadsyłania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prac</w:t>
      </w:r>
      <w:proofErr w:type="spellEnd"/>
      <w:r>
        <w:rPr>
          <w:i/>
        </w:rPr>
        <w:t>: 2</w:t>
      </w:r>
      <w:r w:rsidR="00381562">
        <w:rPr>
          <w:i/>
        </w:rPr>
        <w:t>6</w:t>
      </w:r>
      <w:r>
        <w:rPr>
          <w:i/>
        </w:rPr>
        <w:t xml:space="preserve"> </w:t>
      </w:r>
      <w:proofErr w:type="spellStart"/>
      <w:r>
        <w:rPr>
          <w:i/>
        </w:rPr>
        <w:t>października</w:t>
      </w:r>
      <w:proofErr w:type="spellEnd"/>
      <w:r>
        <w:rPr>
          <w:i/>
        </w:rPr>
        <w:t xml:space="preserve"> – 16 listopada 2026 r.</w:t>
      </w:r>
    </w:p>
    <w:p w14:paraId="376A082E" w14:textId="77777777" w:rsidR="00745618" w:rsidRDefault="00000000">
      <w:pPr>
        <w:jc w:val="center"/>
      </w:pPr>
      <w:r>
        <w:rPr>
          <w:b/>
        </w:rPr>
        <w:t>Zgłoszenia e-mail: promocja@szczawno-zdroj.pl | Temat: KONKURS FOTO + imię i nazwisko uczestnika</w:t>
      </w:r>
    </w:p>
    <w:p w14:paraId="131989B0" w14:textId="77777777" w:rsidR="00381562" w:rsidRDefault="00381562">
      <w:pPr>
        <w:spacing w:before="140"/>
        <w:rPr>
          <w:b/>
          <w:color w:val="2A5C78"/>
          <w:sz w:val="20"/>
        </w:rPr>
      </w:pPr>
    </w:p>
    <w:p w14:paraId="79C89B28" w14:textId="4C55D001" w:rsidR="00745618" w:rsidRDefault="00000000">
      <w:pPr>
        <w:spacing w:before="140"/>
      </w:pPr>
      <w:r>
        <w:rPr>
          <w:b/>
          <w:color w:val="2A5C78"/>
          <w:sz w:val="20"/>
        </w:rPr>
        <w:t>DANE UCZESTNIKA</w:t>
      </w:r>
    </w:p>
    <w:p w14:paraId="1FF5548E" w14:textId="77777777" w:rsidR="00745618" w:rsidRDefault="00000000">
      <w:pPr>
        <w:keepLines/>
      </w:pPr>
      <w:r>
        <w:t>Imię i nazwisko: ................................................................................................................................</w:t>
      </w:r>
    </w:p>
    <w:p w14:paraId="21B98B5A" w14:textId="77777777" w:rsidR="00745618" w:rsidRDefault="00000000">
      <w:pPr>
        <w:keepLines/>
      </w:pPr>
      <w:r>
        <w:t>Adres zamieszkania / do korespondencji: ............................................................................................</w:t>
      </w:r>
    </w:p>
    <w:p w14:paraId="6623C546" w14:textId="77777777" w:rsidR="00745618" w:rsidRDefault="00000000">
      <w:pPr>
        <w:keepLines/>
      </w:pPr>
      <w:r>
        <w:t>............................................................................................................................................................</w:t>
      </w:r>
    </w:p>
    <w:p w14:paraId="0553F682" w14:textId="77777777" w:rsidR="00745618" w:rsidRDefault="00000000">
      <w:pPr>
        <w:keepLines/>
      </w:pPr>
      <w:r>
        <w:t>Adres e-mail: ......................................................................................................................................</w:t>
      </w:r>
    </w:p>
    <w:p w14:paraId="0124982C" w14:textId="77777777" w:rsidR="00745618" w:rsidRDefault="00000000">
      <w:pPr>
        <w:keepLines/>
      </w:pPr>
      <w:r>
        <w:t>Numer telefonu: ..................................................................................................................................</w:t>
      </w:r>
    </w:p>
    <w:p w14:paraId="73EE7346" w14:textId="77777777" w:rsidR="00745618" w:rsidRDefault="00000000">
      <w:pPr>
        <w:keepLines/>
      </w:pPr>
      <w:r>
        <w:t>Jeżeli uczestnik jest osobą niepełnoletnią – imię i nazwisko rodzica/opiekuna prawnego: ................................</w:t>
      </w:r>
    </w:p>
    <w:p w14:paraId="1DC9337A" w14:textId="77777777" w:rsidR="00745618" w:rsidRDefault="00000000">
      <w:pPr>
        <w:keepLines/>
      </w:pPr>
      <w:r>
        <w:t>Telefon lub e-mail rodzica/opiekuna (jeśli inny niż powyżej): ........................................................................</w:t>
      </w:r>
    </w:p>
    <w:p w14:paraId="553B2D37" w14:textId="77777777" w:rsidR="00381562" w:rsidRDefault="00381562">
      <w:pPr>
        <w:spacing w:before="140"/>
        <w:rPr>
          <w:b/>
          <w:color w:val="2A5C78"/>
          <w:sz w:val="20"/>
        </w:rPr>
      </w:pPr>
    </w:p>
    <w:p w14:paraId="4AC895AD" w14:textId="55C3D7D0" w:rsidR="00745618" w:rsidRDefault="00000000">
      <w:pPr>
        <w:spacing w:before="140"/>
      </w:pPr>
      <w:r>
        <w:rPr>
          <w:b/>
          <w:color w:val="2A5C78"/>
          <w:sz w:val="20"/>
        </w:rPr>
        <w:t>ZGŁASZANA FOTOGRAFIA I ZAŁĄCZNIKI</w:t>
      </w:r>
    </w:p>
    <w:p w14:paraId="0C22FD32" w14:textId="77777777" w:rsidR="00745618" w:rsidRDefault="00000000">
      <w:pPr>
        <w:keepLines/>
      </w:pPr>
      <w:r>
        <w:t>Tytuł fotografii: ....................................................................................................................................</w:t>
      </w:r>
    </w:p>
    <w:p w14:paraId="3558177E" w14:textId="77777777" w:rsidR="00745618" w:rsidRDefault="00000000">
      <w:pPr>
        <w:keepLines/>
      </w:pPr>
      <w:r>
        <w:t>Data lub przybliżony okres wykonania zdjęcia (opcjonalnie): ..........................................................................</w:t>
      </w:r>
    </w:p>
    <w:p w14:paraId="0F8A1CAF" w14:textId="77777777" w:rsidR="00745618" w:rsidRDefault="00000000">
      <w:pPr>
        <w:keepLines/>
      </w:pPr>
      <w:r>
        <w:t>[ ] Załączam fotografię konkursową w pliku cyfrowym</w:t>
      </w:r>
    </w:p>
    <w:p w14:paraId="407B2C3B" w14:textId="77777777" w:rsidR="00745618" w:rsidRDefault="00000000">
      <w:pPr>
        <w:keepLines/>
      </w:pPr>
      <w:r>
        <w:t>[ ] Załączam plik źródłowy RAW tej samej fotografii</w:t>
      </w:r>
    </w:p>
    <w:p w14:paraId="505CB849" w14:textId="77777777" w:rsidR="00745618" w:rsidRDefault="00000000">
      <w:pPr>
        <w:keepLines/>
      </w:pPr>
      <w:r>
        <w:t>[ ] Załączam zgodę osoby/osób przedstawionych na fotografii – jeżeli jest wymagana</w:t>
      </w:r>
    </w:p>
    <w:p w14:paraId="1016B518" w14:textId="77777777" w:rsidR="00745618" w:rsidRDefault="00000000">
      <w:pPr>
        <w:keepLines/>
      </w:pPr>
      <w:r>
        <w:t>Inne załączniki: ...................................................................................................................................</w:t>
      </w:r>
    </w:p>
    <w:p w14:paraId="410EC40C" w14:textId="77777777" w:rsidR="00381562" w:rsidRDefault="00381562">
      <w:pPr>
        <w:spacing w:before="140"/>
        <w:rPr>
          <w:b/>
          <w:color w:val="2A5C78"/>
          <w:sz w:val="20"/>
        </w:rPr>
      </w:pPr>
    </w:p>
    <w:p w14:paraId="522E14C3" w14:textId="5A426AF9" w:rsidR="00745618" w:rsidRDefault="00000000">
      <w:pPr>
        <w:spacing w:before="140"/>
      </w:pPr>
      <w:r>
        <w:rPr>
          <w:b/>
          <w:color w:val="2A5C78"/>
          <w:sz w:val="20"/>
        </w:rPr>
        <w:t>OŚWIADCZENIA UCZESTNIKA</w:t>
      </w:r>
    </w:p>
    <w:p w14:paraId="4CDF5BC6" w14:textId="77777777" w:rsidR="00745618" w:rsidRDefault="00000000">
      <w:pPr>
        <w:keepLines/>
      </w:pPr>
      <w:r>
        <w:t>1. Oświadczam, że jestem autorem/autorką zgłaszanej fotografii, wykonałem/am ją samodzielnie oraz posiadam prawa niezbędne do zgłoszenia jej do Konkursu i udzielenia licencji opisanej poniżej.</w:t>
      </w:r>
    </w:p>
    <w:p w14:paraId="2FD09A17" w14:textId="77777777" w:rsidR="00745618" w:rsidRDefault="00000000">
      <w:pPr>
        <w:keepLines/>
      </w:pPr>
      <w:r>
        <w:t>2. Oświadczam, że zgłoszona fotografia nie narusza praw autorskich, dóbr osobistych ani innych praw osób trzecich. Jeżeli fotografia przedstawia osoby możliwe do rozpoznania, uzyskałem/am wymagane zgody na wykorzystanie ich wizerunku i dołączam je do zgłoszenia.</w:t>
      </w:r>
    </w:p>
    <w:p w14:paraId="70B4320E" w14:textId="77777777" w:rsidR="00745618" w:rsidRDefault="00000000">
      <w:pPr>
        <w:keepLines/>
      </w:pPr>
      <w:r>
        <w:t>3. Oświadczam, że zapoznałem/am się z regulaminem konkursu „Szczawno-Zdrój w obiektywie” i akceptuję jego postanowienia.</w:t>
      </w:r>
    </w:p>
    <w:p w14:paraId="4BF12AC9" w14:textId="77777777" w:rsidR="00745618" w:rsidRDefault="00000000">
      <w:pPr>
        <w:keepLines/>
      </w:pPr>
      <w:r>
        <w:t>4. Potwierdzam, że zgłaszana praca jest fotografię wykonaną aparatem fotograficznym lub smartfonem z poziomu ziemi.</w:t>
      </w:r>
    </w:p>
    <w:p w14:paraId="55730FE3" w14:textId="77777777" w:rsidR="00381562" w:rsidRDefault="00381562">
      <w:pPr>
        <w:spacing w:before="140"/>
        <w:rPr>
          <w:b/>
          <w:color w:val="2A5C78"/>
          <w:sz w:val="20"/>
        </w:rPr>
      </w:pPr>
    </w:p>
    <w:p w14:paraId="7E0349D7" w14:textId="6E83E848" w:rsidR="00745618" w:rsidRDefault="00000000">
      <w:pPr>
        <w:spacing w:before="140"/>
      </w:pPr>
      <w:r>
        <w:rPr>
          <w:b/>
          <w:color w:val="2A5C78"/>
          <w:sz w:val="20"/>
        </w:rPr>
        <w:t>LICENCJA NA WYKORZYSTANIE FOTOGRAFII</w:t>
      </w:r>
    </w:p>
    <w:p w14:paraId="5F34C1BA" w14:textId="77777777" w:rsidR="00745618" w:rsidRDefault="00000000">
      <w:pPr>
        <w:keepLines/>
      </w:pPr>
      <w:r>
        <w:t>Udzielam Burmistrzowi Szczawna-Zdroju, działającemu jako Organizator Konkursu, nieodpłatnej, niewyłącznej licencji na korzystanie ze zgłoszonej fotografii w celach promocyjnych, informacyjnych, edukacyjnych i dokumentacyjnych związanych ze Szczawnem-Zdrojem, na terytorium Polski i poza jej granicami, przez okres obowiązywania autorskich praw majątkowych do fotografii.</w:t>
      </w:r>
    </w:p>
    <w:p w14:paraId="05F8E9E5" w14:textId="77777777" w:rsidR="00745618" w:rsidRDefault="00000000">
      <w:pPr>
        <w:keepLines/>
      </w:pPr>
      <w:r>
        <w:t>Licencja obejmuje w szczególności utrwalanie i zwielokrotnianie fotografii techniką drukarską i cyfrową, publikowanie jej w materiałach drukowanych (np. folderach, albumach, broszurach i plakatach), na stronach internetowych i w mediach społecznościowych Gminy oraz prezentowanie na wystawach, wydarzeniach i prezentacjach promocyjnych. Organizator może dokonywać technicznych dostosowań, takich jak zmiana rozmiaru, kompresja i kadrowanie, z poszanowaniem autorskich praw osobistych. Licencja nie oznacza przeniesienia autorskich praw majątkowych.</w:t>
      </w:r>
    </w:p>
    <w:p w14:paraId="3931AA31" w14:textId="77777777" w:rsidR="00745618" w:rsidRDefault="00000000">
      <w:pPr>
        <w:keepLines/>
      </w:pPr>
      <w:r>
        <w:t>[ ] Potwierdzam udzielenie powyższej licencji.</w:t>
      </w:r>
    </w:p>
    <w:p w14:paraId="2951FC76" w14:textId="77777777" w:rsidR="00381562" w:rsidRDefault="00381562">
      <w:pPr>
        <w:spacing w:before="140"/>
        <w:rPr>
          <w:b/>
          <w:color w:val="2A5C78"/>
          <w:sz w:val="20"/>
        </w:rPr>
      </w:pPr>
    </w:p>
    <w:p w14:paraId="415AF5E3" w14:textId="3A354983" w:rsidR="00745618" w:rsidRDefault="00000000">
      <w:pPr>
        <w:spacing w:before="140"/>
      </w:pPr>
      <w:r>
        <w:rPr>
          <w:b/>
          <w:color w:val="2A5C78"/>
          <w:sz w:val="20"/>
        </w:rPr>
        <w:t>DANE OSOBOWE – ZGODA NA PRZETWARZANIE</w:t>
      </w:r>
    </w:p>
    <w:p w14:paraId="5997E85E" w14:textId="77777777" w:rsidR="00745618" w:rsidRDefault="00000000">
      <w:pPr>
        <w:keepLines/>
      </w:pPr>
      <w:r>
        <w:t>[ ] Wyrażam zgodę na przetwarzanie moich danych osobowych przez Burmistrza Szczawna-Zdroju w celu organizacji i przeprowadzenia konkursu „Szczawno-Zdrój w obiektywie”, kontaktu w sprawie zgłoszenia, wyłonienia laureatów oraz przekazania nagrody, jeśli zostanie mi przyznana.</w:t>
      </w:r>
    </w:p>
    <w:p w14:paraId="33BA555C" w14:textId="77777777" w:rsidR="00745618" w:rsidRDefault="00000000">
      <w:pPr>
        <w:keepLines/>
      </w:pPr>
      <w:r>
        <w:t>Zgoda jest dobrowolna, ale podanie danych wskazanych jako wymagane jest niezbędne do udziału w Konkursie. Zgodę można wycofać w dowolnym momencie, bez wpływu na zgodność z prawem przetwarzania dokonanego przed jej wycofaniem. Wycofanie zgody może uniemożliwić dalszy udział w Konkursie, jeżeli dane są niezbędne do jego przeprowadzenia.</w:t>
      </w:r>
    </w:p>
    <w:p w14:paraId="75062D08" w14:textId="77777777" w:rsidR="00381562" w:rsidRDefault="00381562">
      <w:pPr>
        <w:spacing w:before="140"/>
        <w:rPr>
          <w:b/>
          <w:color w:val="2A5C78"/>
          <w:sz w:val="20"/>
        </w:rPr>
      </w:pPr>
    </w:p>
    <w:p w14:paraId="0E6983E4" w14:textId="494EF47D" w:rsidR="00745618" w:rsidRDefault="00000000">
      <w:pPr>
        <w:spacing w:before="140"/>
      </w:pPr>
      <w:r>
        <w:rPr>
          <w:b/>
          <w:color w:val="2A5C78"/>
          <w:sz w:val="20"/>
        </w:rPr>
        <w:lastRenderedPageBreak/>
        <w:t>KLAUZULA INFORMACYJNA RODO</w:t>
      </w:r>
    </w:p>
    <w:p w14:paraId="00F570AA" w14:textId="77777777" w:rsidR="00745618" w:rsidRDefault="00000000">
      <w:pPr>
        <w:keepLines/>
        <w:spacing w:after="40"/>
      </w:pPr>
      <w:r>
        <w:rPr>
          <w:sz w:val="16"/>
        </w:rPr>
        <w:t>1. Administratorem danych osobowych jest Burmistrz Szczawna-Zdroju, ul. Tadeusza Kościuszki 17, 58-310 Szczawno-Zdrój.</w:t>
      </w:r>
    </w:p>
    <w:p w14:paraId="62EFCB06" w14:textId="77777777" w:rsidR="00745618" w:rsidRDefault="00000000">
      <w:pPr>
        <w:keepLines/>
        <w:spacing w:after="40"/>
      </w:pPr>
      <w:r>
        <w:rPr>
          <w:sz w:val="16"/>
        </w:rPr>
        <w:t>2. Z Inspektorem Ochrony Danych można skontaktować się telefonicznie pod numerem 74 849 39 34, e-mailowo: iodo@szczawno-zdroj.pl lub pisemnie na adres Urzędu Miejskiego w Szczawnie-Zdroju.</w:t>
      </w:r>
    </w:p>
    <w:p w14:paraId="244C97E6" w14:textId="77777777" w:rsidR="00745618" w:rsidRDefault="00000000">
      <w:pPr>
        <w:keepLines/>
        <w:spacing w:after="40"/>
      </w:pPr>
      <w:r>
        <w:rPr>
          <w:sz w:val="16"/>
        </w:rPr>
        <w:t>3. Dane osobowe będą przetwarzane w celu przyjęcia i oceny zgłoszenia, organizacji i przeprowadzenia Konkursu, kontaktu z uczestnikiem, wyłonienia laureatów oraz przekazania nagród. W przypadku laureatów dane mogą być przetwarzane także w celu wypełnienia obowiązków prawnych, w tym podatkowych, jeśli wystąpią.</w:t>
      </w:r>
    </w:p>
    <w:p w14:paraId="296C1505" w14:textId="77777777" w:rsidR="00745618" w:rsidRDefault="00000000">
      <w:pPr>
        <w:keepLines/>
        <w:spacing w:after="40"/>
      </w:pPr>
      <w:r>
        <w:rPr>
          <w:sz w:val="16"/>
        </w:rPr>
        <w:t>4. Podstawą przetwarzania danych w zakresie udziału w Konkursie jest zgoda uczestnika – art. 6 ust. 1 lit. a RODO. Dane laureatów mogą być dodatkowo przetwarzane na podstawie art. 6 ust. 1 lit. c RODO, jeśli jest to niezbędne do wypełnienia obowiązku prawnego ciążącego na Administratorze.</w:t>
      </w:r>
    </w:p>
    <w:p w14:paraId="326F18B7" w14:textId="77777777" w:rsidR="00745618" w:rsidRDefault="00000000">
      <w:pPr>
        <w:keepLines/>
        <w:spacing w:after="40"/>
      </w:pPr>
      <w:r>
        <w:rPr>
          <w:sz w:val="16"/>
        </w:rPr>
        <w:t>5. Odbiorcami danych mogą być podmioty uprawnione na podstawie prawa oraz podmioty świadczące na rzecz Administratora usługi niezbędne do organizacji Konkursu, obsługi informatycznej, archiwizacji lub drukowania, działające na odpowiedniej podstawie prawnej.</w:t>
      </w:r>
    </w:p>
    <w:p w14:paraId="6B13EB49" w14:textId="77777777" w:rsidR="00745618" w:rsidRDefault="00000000">
      <w:pPr>
        <w:keepLines/>
        <w:spacing w:after="40"/>
      </w:pPr>
      <w:r>
        <w:rPr>
          <w:sz w:val="16"/>
        </w:rPr>
        <w:t>6. Dane będą przechowywane przez czas niezbędny do przeprowadzenia Konkursu i rozliczenia nagród, a następnie przez okres wymagany przepisami prawa, w szczególności dotyczącymi archiwizacji i rozliczeń, jeśli mają zastosowanie.</w:t>
      </w:r>
    </w:p>
    <w:p w14:paraId="7636424F" w14:textId="77777777" w:rsidR="00745618" w:rsidRDefault="00000000">
      <w:pPr>
        <w:keepLines/>
        <w:spacing w:after="40"/>
      </w:pPr>
      <w:r>
        <w:rPr>
          <w:sz w:val="16"/>
        </w:rPr>
        <w:t>7. Przysługuje Pani/Panu prawo dostępu do danych, uzyskania ich kopii, sprostowania, usunięcia lub ograniczenia przetwarzania, przenoszenia danych oraz – w przypadkach przewidzianych prawem – wniesienia sprzeciwu. W zakresie, w jakim podstawą przetwarzania jest zgoda, można ją wycofać w dowolnym momencie.</w:t>
      </w:r>
    </w:p>
    <w:p w14:paraId="1A9AB508" w14:textId="77777777" w:rsidR="00745618" w:rsidRDefault="00000000">
      <w:pPr>
        <w:keepLines/>
        <w:spacing w:after="40"/>
      </w:pPr>
      <w:r>
        <w:rPr>
          <w:sz w:val="16"/>
        </w:rPr>
        <w:t>8. Przysługuje Pani/Panu prawo wniesienia skargi do Prezesa Urzędu Ochrony Danych Osobowych.</w:t>
      </w:r>
    </w:p>
    <w:p w14:paraId="3C1FAFC6" w14:textId="77777777" w:rsidR="00745618" w:rsidRDefault="00000000">
      <w:pPr>
        <w:keepLines/>
        <w:spacing w:after="40"/>
      </w:pPr>
      <w:r>
        <w:rPr>
          <w:sz w:val="16"/>
        </w:rPr>
        <w:t>9. Podanie danych jest dobrowolne, ale niezbędne do udziału w Konkursie. Niepodanie wymaganych danych lub niewyrażenie zgody na ich przetwarzanie może uniemożliwić udział w Konkursie. Dane nie będą wykorzystywane do zautomatyzowanego podejmowania decyzji ani profilowania.</w:t>
      </w:r>
    </w:p>
    <w:p w14:paraId="26A71DCA" w14:textId="77777777" w:rsidR="00745618" w:rsidRDefault="00000000">
      <w:pPr>
        <w:keepLines/>
        <w:spacing w:after="40"/>
      </w:pPr>
      <w:r>
        <w:rPr>
          <w:sz w:val="16"/>
        </w:rPr>
        <w:t>10. Szczegółowe zasady przetwarzania danych oraz wykorzystania fotografii określa regulamin konkursu.</w:t>
      </w:r>
    </w:p>
    <w:p w14:paraId="742EA692" w14:textId="77777777" w:rsidR="00745618" w:rsidRDefault="00000000">
      <w:pPr>
        <w:spacing w:before="140"/>
      </w:pPr>
      <w:r>
        <w:rPr>
          <w:b/>
          <w:color w:val="2A5C78"/>
          <w:sz w:val="20"/>
        </w:rPr>
        <w:t>PODPIS</w:t>
      </w:r>
    </w:p>
    <w:p w14:paraId="3CB92739" w14:textId="77777777" w:rsidR="00745618" w:rsidRDefault="00000000">
      <w:pPr>
        <w:keepLines/>
      </w:pPr>
      <w:r>
        <w:t>Potwierdzam prawdziwość podanych danych i złożonych oświadczeń.</w:t>
      </w:r>
    </w:p>
    <w:p w14:paraId="7B1579BE" w14:textId="77777777" w:rsidR="00381562" w:rsidRDefault="00381562">
      <w:pPr>
        <w:keepLines/>
      </w:pPr>
    </w:p>
    <w:p w14:paraId="26229D09" w14:textId="6A7DE70B" w:rsidR="00745618" w:rsidRDefault="00000000">
      <w:pPr>
        <w:keepLines/>
      </w:pPr>
      <w:proofErr w:type="spellStart"/>
      <w:r>
        <w:t>Miejscowość</w:t>
      </w:r>
      <w:proofErr w:type="spellEnd"/>
      <w:r>
        <w:t xml:space="preserve"> i data: ..............................................................................................................................</w:t>
      </w:r>
    </w:p>
    <w:p w14:paraId="65EBBD36" w14:textId="77777777" w:rsidR="00381562" w:rsidRDefault="00381562">
      <w:pPr>
        <w:keepLines/>
      </w:pPr>
    </w:p>
    <w:p w14:paraId="18EF2841" w14:textId="01EC6BAF" w:rsidR="00745618" w:rsidRDefault="00000000">
      <w:pPr>
        <w:keepLines/>
      </w:pPr>
      <w:proofErr w:type="spellStart"/>
      <w:r>
        <w:t>Podpis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>: .................................................................................................................................</w:t>
      </w:r>
    </w:p>
    <w:p w14:paraId="25DA8CBC" w14:textId="77777777" w:rsidR="00381562" w:rsidRDefault="00381562">
      <w:pPr>
        <w:keepLines/>
      </w:pPr>
    </w:p>
    <w:p w14:paraId="29E8121E" w14:textId="1FC6BA01" w:rsidR="00745618" w:rsidRDefault="00000000">
      <w:pPr>
        <w:keepLines/>
      </w:pPr>
      <w:proofErr w:type="spellStart"/>
      <w:r>
        <w:t>Podpis</w:t>
      </w:r>
      <w:proofErr w:type="spellEnd"/>
      <w:r>
        <w:t xml:space="preserve"> </w:t>
      </w:r>
      <w:proofErr w:type="spellStart"/>
      <w:r>
        <w:t>rodzica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  <w:r>
        <w:t xml:space="preserve"> (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jest niepełnoletni): ...........................................................</w:t>
      </w:r>
    </w:p>
    <w:p w14:paraId="470BCDD5" w14:textId="77777777" w:rsidR="00745618" w:rsidRDefault="00000000">
      <w:pPr>
        <w:spacing w:before="140"/>
      </w:pPr>
      <w:r>
        <w:rPr>
          <w:b/>
          <w:color w:val="2A5C78"/>
          <w:sz w:val="20"/>
        </w:rPr>
        <w:t>INFORMACJA O WIZERUNKU</w:t>
      </w:r>
    </w:p>
    <w:p w14:paraId="2AE4426A" w14:textId="77777777" w:rsidR="00745618" w:rsidRDefault="00000000">
      <w:pPr>
        <w:keepLines/>
      </w:pPr>
      <w:r>
        <w:t>Jeżeli na fotografii znajduje się osoba możliwa do rozpoznania, należy dołączyć odrębną zgodę tej osoby na wykorzystanie wizerunku w zakresie opisanym w regulaminie. Podpis uczestnika formularza nie zastępuje zgody osoby przedstawionej na zdjęciu. W przypadku osoby małoletniej zgodę składa jej przedstawiciel ustawowy, z uwzględnieniem obowiązujących przepisów.</w:t>
      </w:r>
    </w:p>
    <w:sectPr w:rsidR="00745618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CA928" w14:textId="77777777" w:rsidR="00F12031" w:rsidRDefault="00F12031">
      <w:pPr>
        <w:spacing w:after="0"/>
      </w:pPr>
      <w:r>
        <w:separator/>
      </w:r>
    </w:p>
  </w:endnote>
  <w:endnote w:type="continuationSeparator" w:id="0">
    <w:p w14:paraId="3EC248C6" w14:textId="77777777" w:rsidR="00F12031" w:rsidRDefault="00F120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B7027" w14:textId="77777777" w:rsidR="00745618" w:rsidRDefault="00000000">
    <w:pPr>
      <w:pStyle w:val="Stopka"/>
      <w:jc w:val="center"/>
    </w:pPr>
    <w:proofErr w:type="spellStart"/>
    <w:r>
      <w:rPr>
        <w:color w:val="646464"/>
        <w:sz w:val="14"/>
      </w:rPr>
      <w:t>Formularz</w:t>
    </w:r>
    <w:proofErr w:type="spellEnd"/>
    <w:r>
      <w:rPr>
        <w:color w:val="646464"/>
        <w:sz w:val="14"/>
      </w:rPr>
      <w:t xml:space="preserve"> </w:t>
    </w:r>
    <w:proofErr w:type="spellStart"/>
    <w:r>
      <w:rPr>
        <w:color w:val="646464"/>
        <w:sz w:val="14"/>
      </w:rPr>
      <w:t>zgłoszeniowy</w:t>
    </w:r>
    <w:proofErr w:type="spellEnd"/>
    <w:r>
      <w:rPr>
        <w:color w:val="646464"/>
        <w:sz w:val="14"/>
      </w:rPr>
      <w:t xml:space="preserve"> – Szczawno-Zdrój w </w:t>
    </w:r>
    <w:proofErr w:type="spellStart"/>
    <w:r>
      <w:rPr>
        <w:color w:val="646464"/>
        <w:sz w:val="14"/>
      </w:rPr>
      <w:t>obiektywie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26AA" w14:textId="77777777" w:rsidR="00F12031" w:rsidRDefault="00F12031">
      <w:pPr>
        <w:spacing w:after="0"/>
      </w:pPr>
      <w:r>
        <w:separator/>
      </w:r>
    </w:p>
  </w:footnote>
  <w:footnote w:type="continuationSeparator" w:id="0">
    <w:p w14:paraId="39DB3DCE" w14:textId="77777777" w:rsidR="00F12031" w:rsidRDefault="00F120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2413814">
    <w:abstractNumId w:val="8"/>
  </w:num>
  <w:num w:numId="2" w16cid:durableId="101725602">
    <w:abstractNumId w:val="6"/>
  </w:num>
  <w:num w:numId="3" w16cid:durableId="1886670679">
    <w:abstractNumId w:val="5"/>
  </w:num>
  <w:num w:numId="4" w16cid:durableId="1393431036">
    <w:abstractNumId w:val="4"/>
  </w:num>
  <w:num w:numId="5" w16cid:durableId="434061786">
    <w:abstractNumId w:val="7"/>
  </w:num>
  <w:num w:numId="6" w16cid:durableId="254705180">
    <w:abstractNumId w:val="3"/>
  </w:num>
  <w:num w:numId="7" w16cid:durableId="1481924175">
    <w:abstractNumId w:val="2"/>
  </w:num>
  <w:num w:numId="8" w16cid:durableId="1110972035">
    <w:abstractNumId w:val="1"/>
  </w:num>
  <w:num w:numId="9" w16cid:durableId="2123039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1562"/>
    <w:rsid w:val="00745618"/>
    <w:rsid w:val="00AA1D8D"/>
    <w:rsid w:val="00B47730"/>
    <w:rsid w:val="00CB0664"/>
    <w:rsid w:val="00F12031"/>
    <w:rsid w:val="00F826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0BE4F"/>
  <w14:defaultImageDpi w14:val="300"/>
  <w15:docId w15:val="{7E9A1D7F-44DC-41F8-B57A-921FB9EE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Szulc</cp:lastModifiedBy>
  <cp:revision>2</cp:revision>
  <dcterms:created xsi:type="dcterms:W3CDTF">2013-12-23T23:15:00Z</dcterms:created>
  <dcterms:modified xsi:type="dcterms:W3CDTF">2026-10-26T08:29:00Z</dcterms:modified>
  <cp:category/>
</cp:coreProperties>
</file>